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2F9D3" w14:textId="77777777" w:rsidR="003A68D7" w:rsidRPr="00226C59" w:rsidRDefault="0065082B">
      <w:pPr>
        <w:jc w:val="center"/>
      </w:pPr>
      <w:r w:rsidRPr="00226C59">
        <w:rPr>
          <w:b/>
          <w:sz w:val="32"/>
        </w:rPr>
        <w:t>REGULAMIN</w:t>
      </w:r>
    </w:p>
    <w:p w14:paraId="4547034C" w14:textId="77777777" w:rsidR="003A68D7" w:rsidRPr="00226C59" w:rsidRDefault="0065082B">
      <w:pPr>
        <w:jc w:val="center"/>
      </w:pPr>
      <w:r w:rsidRPr="00226C59">
        <w:rPr>
          <w:b/>
          <w:sz w:val="28"/>
        </w:rPr>
        <w:t>TURNIEJU SIATKÓWKI O PUCHAR BURMISTRZA</w:t>
      </w:r>
      <w:r w:rsidRPr="00226C59">
        <w:rPr>
          <w:b/>
          <w:sz w:val="28"/>
        </w:rPr>
        <w:br/>
        <w:t>MIASTA I GMINY PRZECŁAW</w:t>
      </w:r>
    </w:p>
    <w:p w14:paraId="505646F6" w14:textId="77777777" w:rsidR="003A68D7" w:rsidRPr="00226C59" w:rsidRDefault="0065082B">
      <w:pPr>
        <w:jc w:val="center"/>
      </w:pPr>
      <w:r w:rsidRPr="00226C59">
        <w:rPr>
          <w:b/>
        </w:rPr>
        <w:t xml:space="preserve">Organizator: Stowarzyszenie </w:t>
      </w:r>
      <w:proofErr w:type="spellStart"/>
      <w:r w:rsidRPr="00226C59">
        <w:rPr>
          <w:b/>
        </w:rPr>
        <w:t>Volley&amp;Przecław</w:t>
      </w:r>
      <w:proofErr w:type="spellEnd"/>
      <w:r w:rsidRPr="00226C59">
        <w:rPr>
          <w:b/>
        </w:rPr>
        <w:br/>
      </w:r>
      <w:r w:rsidRPr="00226C59">
        <w:t>Termin: 17 października 2026 r.</w:t>
      </w:r>
      <w:r w:rsidRPr="00226C59">
        <w:br/>
        <w:t>Godzina rozpoczęcia: 9:00</w:t>
      </w:r>
      <w:r w:rsidRPr="00226C59">
        <w:br/>
        <w:t>Miejsce: Hala Sportowa w Przecławiu, ul. Zielona 50</w:t>
      </w:r>
    </w:p>
    <w:p w14:paraId="18ED28BB" w14:textId="77777777" w:rsidR="003A68D7" w:rsidRPr="00226C59" w:rsidRDefault="0065082B">
      <w:pPr>
        <w:spacing w:before="160" w:after="80"/>
      </w:pPr>
      <w:r w:rsidRPr="00226C59">
        <w:rPr>
          <w:b/>
          <w:sz w:val="24"/>
        </w:rPr>
        <w:t>§1. Cel turnieju</w:t>
      </w:r>
    </w:p>
    <w:p w14:paraId="5D404DD9" w14:textId="77777777" w:rsidR="003A68D7" w:rsidRPr="00226C59" w:rsidRDefault="0065082B">
      <w:pPr>
        <w:spacing w:after="60"/>
        <w:ind w:left="283" w:hanging="283"/>
      </w:pPr>
      <w:r w:rsidRPr="00226C59">
        <w:t>1. Popularyzacja piłki siatkowej oraz aktywnego spędzania czasu.</w:t>
      </w:r>
    </w:p>
    <w:p w14:paraId="06F7555A" w14:textId="77777777" w:rsidR="003A68D7" w:rsidRPr="00226C59" w:rsidRDefault="0065082B">
      <w:pPr>
        <w:spacing w:after="60"/>
        <w:ind w:left="283" w:hanging="283"/>
      </w:pPr>
      <w:r w:rsidRPr="00226C59">
        <w:t>2. Integracja środowiska siatkarskiego.</w:t>
      </w:r>
    </w:p>
    <w:p w14:paraId="5992172A" w14:textId="77777777" w:rsidR="003A68D7" w:rsidRPr="00226C59" w:rsidRDefault="0065082B">
      <w:pPr>
        <w:spacing w:after="60"/>
        <w:ind w:left="283" w:hanging="283"/>
      </w:pPr>
      <w:r w:rsidRPr="00226C59">
        <w:t xml:space="preserve">3. Promowanie sportowej rywalizacji w duchu fair </w:t>
      </w:r>
      <w:proofErr w:type="spellStart"/>
      <w:r w:rsidRPr="00226C59">
        <w:t>play</w:t>
      </w:r>
      <w:proofErr w:type="spellEnd"/>
      <w:r w:rsidRPr="00226C59">
        <w:t>.</w:t>
      </w:r>
    </w:p>
    <w:p w14:paraId="548F8C4F" w14:textId="77777777" w:rsidR="003A68D7" w:rsidRPr="00226C59" w:rsidRDefault="0065082B">
      <w:pPr>
        <w:spacing w:before="160" w:after="80"/>
      </w:pPr>
      <w:r w:rsidRPr="00226C59">
        <w:rPr>
          <w:b/>
          <w:sz w:val="24"/>
        </w:rPr>
        <w:t>§2. Organizacja i uczestnictwo</w:t>
      </w:r>
    </w:p>
    <w:p w14:paraId="22069BAD" w14:textId="77777777" w:rsidR="003A68D7" w:rsidRPr="00226C59" w:rsidRDefault="0065082B">
      <w:pPr>
        <w:spacing w:after="60"/>
        <w:ind w:left="283" w:hanging="283"/>
      </w:pPr>
      <w:r w:rsidRPr="00226C59">
        <w:t xml:space="preserve">1. Organizatorem turnieju jest Stowarzyszenie </w:t>
      </w:r>
      <w:proofErr w:type="spellStart"/>
      <w:r w:rsidRPr="00226C59">
        <w:t>Volley&amp;Przecław</w:t>
      </w:r>
      <w:proofErr w:type="spellEnd"/>
      <w:r w:rsidRPr="00226C59">
        <w:t>.</w:t>
      </w:r>
    </w:p>
    <w:p w14:paraId="728F01AE" w14:textId="77777777" w:rsidR="003A68D7" w:rsidRPr="00226C59" w:rsidRDefault="0065082B">
      <w:pPr>
        <w:spacing w:after="60"/>
        <w:ind w:left="283" w:hanging="283"/>
      </w:pPr>
      <w:r w:rsidRPr="00226C59">
        <w:t>2. W turnieju uczestniczy maksymalnie 8 drużyn.</w:t>
      </w:r>
    </w:p>
    <w:p w14:paraId="73405523" w14:textId="77777777" w:rsidR="003A68D7" w:rsidRPr="00226C59" w:rsidRDefault="0065082B">
      <w:pPr>
        <w:spacing w:after="60"/>
        <w:ind w:left="283" w:hanging="283"/>
      </w:pPr>
      <w:r w:rsidRPr="00226C59">
        <w:t>3. W składzie drużyny może znajdować się maksymalnie jeden zawodnik występujący aktualnie w rozgrywkach ligowych.</w:t>
      </w:r>
    </w:p>
    <w:p w14:paraId="060F1355" w14:textId="77777777" w:rsidR="003A68D7" w:rsidRPr="00226C59" w:rsidRDefault="0065082B">
      <w:pPr>
        <w:spacing w:after="60"/>
        <w:ind w:left="283" w:hanging="283"/>
      </w:pPr>
      <w:r w:rsidRPr="00226C59">
        <w:t>4. Ostateczna liczba zawodników zgłoszonych do drużyny zostanie określona przez organizatora.</w:t>
      </w:r>
    </w:p>
    <w:p w14:paraId="0B6561D9" w14:textId="77777777" w:rsidR="003A68D7" w:rsidRPr="00226C59" w:rsidRDefault="0065082B">
      <w:pPr>
        <w:spacing w:after="60"/>
        <w:ind w:left="283" w:hanging="283"/>
      </w:pPr>
      <w:r w:rsidRPr="00226C59">
        <w:t>5. Każdy uczestnik bierze udział w turnieju na własną odpowiedzialność.</w:t>
      </w:r>
    </w:p>
    <w:p w14:paraId="4B677DA0" w14:textId="77777777" w:rsidR="003A68D7" w:rsidRPr="00226C59" w:rsidRDefault="0065082B">
      <w:pPr>
        <w:spacing w:after="60"/>
        <w:ind w:left="283" w:hanging="283"/>
      </w:pPr>
      <w:r w:rsidRPr="00226C59">
        <w:t xml:space="preserve">6. Uczestnicy zobowiązani są do przestrzegania zasad fair </w:t>
      </w:r>
      <w:proofErr w:type="spellStart"/>
      <w:r w:rsidRPr="00226C59">
        <w:t>play</w:t>
      </w:r>
      <w:proofErr w:type="spellEnd"/>
      <w:r w:rsidRPr="00226C59">
        <w:t xml:space="preserve"> oraz postanowień niniejszego regulaminu.</w:t>
      </w:r>
    </w:p>
    <w:p w14:paraId="5C4B3B04" w14:textId="77777777" w:rsidR="001B5DF2" w:rsidRPr="00226C59" w:rsidRDefault="001B5DF2">
      <w:pPr>
        <w:spacing w:after="60"/>
        <w:ind w:left="283" w:hanging="283"/>
      </w:pPr>
    </w:p>
    <w:p w14:paraId="4D23E4C4" w14:textId="77777777" w:rsidR="001B5DF2" w:rsidRPr="00226C59" w:rsidRDefault="001B5DF2">
      <w:pPr>
        <w:spacing w:after="60"/>
        <w:ind w:left="283" w:hanging="283"/>
        <w:rPr>
          <w:b/>
          <w:sz w:val="24"/>
        </w:rPr>
      </w:pPr>
      <w:r w:rsidRPr="00226C59">
        <w:rPr>
          <w:b/>
          <w:sz w:val="24"/>
        </w:rPr>
        <w:t xml:space="preserve">§3. </w:t>
      </w:r>
      <w:r w:rsidR="00106BE5" w:rsidRPr="00226C59">
        <w:rPr>
          <w:b/>
          <w:sz w:val="24"/>
        </w:rPr>
        <w:t>Zgłoszenie drużyny I w</w:t>
      </w:r>
      <w:r w:rsidRPr="00226C59">
        <w:rPr>
          <w:b/>
          <w:sz w:val="24"/>
        </w:rPr>
        <w:t>pisowe</w:t>
      </w:r>
    </w:p>
    <w:p w14:paraId="750C04A6" w14:textId="77777777" w:rsidR="001B5DF2" w:rsidRPr="00226C59" w:rsidRDefault="001B5DF2" w:rsidP="001B5DF2">
      <w:pPr>
        <w:spacing w:after="60"/>
      </w:pPr>
      <w:r w:rsidRPr="00226C59">
        <w:t>1.Warunk</w:t>
      </w:r>
      <w:r w:rsidRPr="00226C59">
        <w:rPr>
          <w:vanish/>
        </w:rPr>
        <w:t>e</w:t>
      </w:r>
      <w:r w:rsidRPr="00226C59">
        <w:rPr>
          <w:vanish/>
        </w:rPr>
        <w:cr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="00580112" w:rsidRPr="00226C59">
        <w:t>iem udziału drużyny w turnieju jest wpłata wpisowego w wysokości 200zł.</w:t>
      </w:r>
    </w:p>
    <w:p w14:paraId="691B3F26" w14:textId="77777777" w:rsidR="00580112" w:rsidRPr="00226C59" w:rsidRDefault="00580112" w:rsidP="001B5DF2">
      <w:pPr>
        <w:spacing w:after="60"/>
      </w:pPr>
      <w:r w:rsidRPr="00226C59">
        <w:t>2.Wpisowe należy wpłacić do dnia 12.10.2026r.</w:t>
      </w:r>
    </w:p>
    <w:p w14:paraId="555295E8" w14:textId="77777777" w:rsidR="00580112" w:rsidRPr="00226C59" w:rsidRDefault="00580112" w:rsidP="001B5DF2">
      <w:pPr>
        <w:spacing w:after="60"/>
      </w:pPr>
      <w:r w:rsidRPr="00226C59">
        <w:t>3.Brak wpłaty w wyznaczonym terminie może skutkować skreśleniem drużyny z listy uczestników turnieju.</w:t>
      </w:r>
    </w:p>
    <w:p w14:paraId="5C4DBDD8" w14:textId="77777777" w:rsidR="00580112" w:rsidRPr="00226C59" w:rsidRDefault="00580112" w:rsidP="001B5DF2">
      <w:pPr>
        <w:spacing w:after="60"/>
      </w:pPr>
      <w:r w:rsidRPr="00226C59">
        <w:t xml:space="preserve">4.Wpisowe należy wpłacić na rachunek bankowy </w:t>
      </w:r>
      <w:proofErr w:type="spellStart"/>
      <w:r w:rsidRPr="00226C59">
        <w:t>Volley&amp;Przecław</w:t>
      </w:r>
      <w:proofErr w:type="spellEnd"/>
      <w:r w:rsidR="000F71E9" w:rsidRPr="00226C59">
        <w:t>:</w:t>
      </w:r>
      <w:r w:rsidRPr="00226C59">
        <w:t xml:space="preserve"> 27 1240 2656 1111 0011 6485 1583</w:t>
      </w:r>
    </w:p>
    <w:p w14:paraId="2D78FC22" w14:textId="77777777" w:rsidR="00106BE5" w:rsidRPr="00226C59" w:rsidRDefault="00106BE5" w:rsidP="001B5DF2">
      <w:pPr>
        <w:spacing w:after="60"/>
      </w:pPr>
      <w:r w:rsidRPr="00226C59">
        <w:t>5.W t</w:t>
      </w:r>
      <w:r w:rsidRPr="00226C59">
        <w:rPr>
          <w:vanish/>
        </w:rPr>
        <w:t>zenie drużyny i a rachunek bankowy Volley&amp;Przecław 27 1240 2656 1111 0011 6485 1583urnieju.</w:t>
      </w:r>
      <w:r w:rsidRPr="00226C59">
        <w:rPr>
          <w:vanish/>
        </w:rPr>
        <w:cr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Pr="00226C59">
        <w:rPr>
          <w:vanish/>
        </w:rPr>
        <w:pgNum/>
      </w:r>
      <w:r w:rsidR="00A10C83" w:rsidRPr="00226C59">
        <w:t>urnieju może uczestniczyć maksymalnie 10 zawodników w jednej drużynie.</w:t>
      </w:r>
    </w:p>
    <w:p w14:paraId="156D7713" w14:textId="77777777" w:rsidR="00A10C83" w:rsidRPr="00226C59" w:rsidRDefault="00A10C83" w:rsidP="001B5DF2">
      <w:pPr>
        <w:spacing w:after="60"/>
      </w:pPr>
      <w:r w:rsidRPr="00226C59">
        <w:t>6.Każda drużyna zobowiązana jest przesłać organizatorowi imienną listę zawodników zgłoszonych do turnieju.</w:t>
      </w:r>
    </w:p>
    <w:p w14:paraId="237DDBC3" w14:textId="77777777" w:rsidR="00A10C83" w:rsidRPr="00226C59" w:rsidRDefault="00A10C83" w:rsidP="001B5DF2">
      <w:pPr>
        <w:spacing w:after="60"/>
      </w:pPr>
    </w:p>
    <w:p w14:paraId="2E6482BC" w14:textId="77777777" w:rsidR="003A68D7" w:rsidRPr="00226C59" w:rsidRDefault="001B5DF2">
      <w:pPr>
        <w:spacing w:before="160" w:after="80"/>
      </w:pPr>
      <w:r w:rsidRPr="00226C59">
        <w:rPr>
          <w:b/>
          <w:sz w:val="24"/>
        </w:rPr>
        <w:t>§4</w:t>
      </w:r>
      <w:r w:rsidR="0065082B" w:rsidRPr="00226C59">
        <w:rPr>
          <w:b/>
          <w:sz w:val="24"/>
        </w:rPr>
        <w:t>. System rozgrywek</w:t>
      </w:r>
    </w:p>
    <w:p w14:paraId="60F8374B" w14:textId="77777777" w:rsidR="003A68D7" w:rsidRPr="00226C59" w:rsidRDefault="0065082B">
      <w:pPr>
        <w:spacing w:after="60"/>
        <w:ind w:left="283" w:hanging="283"/>
      </w:pPr>
      <w:r w:rsidRPr="00226C59">
        <w:t>1. Drużyny zostaną podzielone na dwie grupy po 4 zespoły.</w:t>
      </w:r>
    </w:p>
    <w:p w14:paraId="2D6E1FA6" w14:textId="77777777" w:rsidR="003A68D7" w:rsidRPr="00226C59" w:rsidRDefault="0065082B">
      <w:pPr>
        <w:spacing w:after="60"/>
        <w:ind w:left="283" w:hanging="283"/>
      </w:pPr>
      <w:r w:rsidRPr="00226C59">
        <w:t>2. W grupach drużyny rozgrywają mecze systemem „każdy z każdym”.</w:t>
      </w:r>
    </w:p>
    <w:p w14:paraId="74C0F041" w14:textId="77777777" w:rsidR="003A68D7" w:rsidRPr="00226C59" w:rsidRDefault="0065082B">
      <w:pPr>
        <w:spacing w:after="60"/>
        <w:ind w:left="283" w:hanging="283"/>
      </w:pPr>
      <w:r w:rsidRPr="00226C59">
        <w:t>3. Mecze rozgrywane są do dwóch wygranych setów.</w:t>
      </w:r>
    </w:p>
    <w:p w14:paraId="28CDDC5C" w14:textId="77777777" w:rsidR="003A68D7" w:rsidRPr="00226C59" w:rsidRDefault="0065082B">
      <w:pPr>
        <w:spacing w:after="60"/>
        <w:ind w:left="283" w:hanging="283"/>
      </w:pPr>
      <w:r w:rsidRPr="00226C59">
        <w:t>4. Sety rozgrywane są do 25 punktów, z zachowaniem przewagi dwóch punktów.</w:t>
      </w:r>
    </w:p>
    <w:p w14:paraId="7C8B7AE1" w14:textId="77777777" w:rsidR="003A68D7" w:rsidRPr="00226C59" w:rsidRDefault="0065082B">
      <w:pPr>
        <w:spacing w:after="60"/>
        <w:ind w:left="283" w:hanging="283"/>
      </w:pPr>
      <w:r w:rsidRPr="00226C59">
        <w:t>5. W przypadku remisu 1:1 trzeci set rozgrywany jest do 15 punktów, z zachowaniem przewagi dwóch punktów.</w:t>
      </w:r>
    </w:p>
    <w:p w14:paraId="0DF5F231" w14:textId="77777777" w:rsidR="003A68D7" w:rsidRPr="00226C59" w:rsidRDefault="0065082B">
      <w:pPr>
        <w:spacing w:after="60"/>
        <w:ind w:left="283" w:hanging="283"/>
      </w:pPr>
      <w:r w:rsidRPr="00226C59">
        <w:t>6. Do fazy finałowej awansują najlepsze drużyny z każdej grupy, zgodnie z systemem ustalonym przez organizatora.</w:t>
      </w:r>
    </w:p>
    <w:p w14:paraId="2F58FD5F" w14:textId="77777777" w:rsidR="003A68D7" w:rsidRPr="00226C59" w:rsidRDefault="001B5DF2">
      <w:pPr>
        <w:spacing w:before="160" w:after="80"/>
      </w:pPr>
      <w:r w:rsidRPr="00226C59">
        <w:rPr>
          <w:b/>
          <w:sz w:val="24"/>
        </w:rPr>
        <w:t>§5</w:t>
      </w:r>
      <w:r w:rsidR="0065082B" w:rsidRPr="00226C59">
        <w:rPr>
          <w:b/>
          <w:sz w:val="24"/>
        </w:rPr>
        <w:t>. Punktacja</w:t>
      </w:r>
    </w:p>
    <w:p w14:paraId="03FCE880" w14:textId="77777777" w:rsidR="003A68D7" w:rsidRPr="00226C59" w:rsidRDefault="0065082B">
      <w:pPr>
        <w:spacing w:after="60"/>
        <w:ind w:left="283" w:hanging="283"/>
      </w:pPr>
      <w:r w:rsidRPr="00226C59">
        <w:t>• zwycięstwo 2:0 – 3 punkty,</w:t>
      </w:r>
    </w:p>
    <w:p w14:paraId="187038D0" w14:textId="77777777" w:rsidR="003A68D7" w:rsidRPr="00226C59" w:rsidRDefault="0065082B">
      <w:pPr>
        <w:spacing w:after="60"/>
        <w:ind w:left="283" w:hanging="283"/>
      </w:pPr>
      <w:r w:rsidRPr="00226C59">
        <w:t>• zwycięstwo 2:1 – 2 punkty,</w:t>
      </w:r>
    </w:p>
    <w:p w14:paraId="244053E3" w14:textId="77777777" w:rsidR="003A68D7" w:rsidRPr="00226C59" w:rsidRDefault="0065082B">
      <w:pPr>
        <w:spacing w:after="60"/>
        <w:ind w:left="283" w:hanging="283"/>
      </w:pPr>
      <w:r w:rsidRPr="00226C59">
        <w:t>• porażka 1:2 – 1 punkt,</w:t>
      </w:r>
    </w:p>
    <w:p w14:paraId="52DEFA83" w14:textId="77777777" w:rsidR="003A68D7" w:rsidRPr="00226C59" w:rsidRDefault="0065082B">
      <w:pPr>
        <w:spacing w:after="60"/>
        <w:ind w:left="283" w:hanging="283"/>
      </w:pPr>
      <w:r w:rsidRPr="00226C59">
        <w:t>• porażka 0:2 – 0 punktów.</w:t>
      </w:r>
    </w:p>
    <w:p w14:paraId="4F3D65A1" w14:textId="77777777" w:rsidR="003A68D7" w:rsidRPr="00226C59" w:rsidRDefault="0065082B">
      <w:pPr>
        <w:spacing w:after="60"/>
        <w:ind w:left="283" w:hanging="283"/>
      </w:pPr>
      <w:r w:rsidRPr="00226C59">
        <w:t>5. W przypadku równej liczby punktów o kolejności decydują kolejno: stosunek setów, stosunek małych punktów, wynik bezpośredniego meczu, a w razie potrzeby – decyzja organizatora.</w:t>
      </w:r>
    </w:p>
    <w:p w14:paraId="0170BCDD" w14:textId="77777777" w:rsidR="003A68D7" w:rsidRPr="00226C59" w:rsidRDefault="001B5DF2">
      <w:pPr>
        <w:spacing w:before="160" w:after="80"/>
      </w:pPr>
      <w:r w:rsidRPr="00226C59">
        <w:rPr>
          <w:b/>
          <w:sz w:val="24"/>
        </w:rPr>
        <w:t>§6</w:t>
      </w:r>
      <w:r w:rsidR="0065082B" w:rsidRPr="00226C59">
        <w:rPr>
          <w:b/>
          <w:sz w:val="24"/>
        </w:rPr>
        <w:t>. Nagrody</w:t>
      </w:r>
    </w:p>
    <w:p w14:paraId="5D0A28EC" w14:textId="77777777" w:rsidR="003A68D7" w:rsidRPr="00226C59" w:rsidRDefault="0065082B">
      <w:pPr>
        <w:spacing w:after="60"/>
        <w:ind w:left="283" w:hanging="283"/>
      </w:pPr>
      <w:r w:rsidRPr="00226C59">
        <w:t>1. Za zajęcie miejsc I–III drużyny otrzymają puchary.</w:t>
      </w:r>
    </w:p>
    <w:p w14:paraId="69D0E03E" w14:textId="77777777" w:rsidR="003A68D7" w:rsidRPr="00226C59" w:rsidRDefault="0065082B">
      <w:pPr>
        <w:spacing w:after="60"/>
        <w:ind w:left="283" w:hanging="283"/>
      </w:pPr>
      <w:r w:rsidRPr="00226C59">
        <w:t>2. Przewidziane są również nagrody indywidualne w formie statuetek.</w:t>
      </w:r>
    </w:p>
    <w:p w14:paraId="0D378F28" w14:textId="77777777" w:rsidR="003A68D7" w:rsidRPr="00226C59" w:rsidRDefault="0065082B">
      <w:pPr>
        <w:spacing w:after="60"/>
        <w:ind w:left="283" w:hanging="283"/>
      </w:pPr>
      <w:r w:rsidRPr="00226C59">
        <w:lastRenderedPageBreak/>
        <w:t>3. Organizator może przyznać dodatkowe wyróżnienia.</w:t>
      </w:r>
    </w:p>
    <w:p w14:paraId="277BA2D6" w14:textId="77777777" w:rsidR="003A68D7" w:rsidRPr="00226C59" w:rsidRDefault="001B5DF2">
      <w:pPr>
        <w:spacing w:before="160" w:after="80"/>
      </w:pPr>
      <w:r w:rsidRPr="00226C59">
        <w:rPr>
          <w:b/>
          <w:sz w:val="24"/>
        </w:rPr>
        <w:t>§7</w:t>
      </w:r>
      <w:r w:rsidR="0065082B" w:rsidRPr="00226C59">
        <w:rPr>
          <w:b/>
          <w:sz w:val="24"/>
        </w:rPr>
        <w:t>. Zasady porządkowe</w:t>
      </w:r>
    </w:p>
    <w:p w14:paraId="4D22B326" w14:textId="77777777" w:rsidR="003A68D7" w:rsidRPr="00226C59" w:rsidRDefault="0065082B">
      <w:pPr>
        <w:spacing w:after="60"/>
        <w:ind w:left="283" w:hanging="283"/>
      </w:pPr>
      <w:r w:rsidRPr="00226C59">
        <w:t xml:space="preserve">1. Wszystkich uczestników obowiązuje przestrzeganie zasad fair </w:t>
      </w:r>
      <w:proofErr w:type="spellStart"/>
      <w:r w:rsidRPr="00226C59">
        <w:t>play</w:t>
      </w:r>
      <w:proofErr w:type="spellEnd"/>
      <w:r w:rsidRPr="00226C59">
        <w:t>.</w:t>
      </w:r>
    </w:p>
    <w:p w14:paraId="473F969D" w14:textId="77777777" w:rsidR="003A68D7" w:rsidRPr="00226C59" w:rsidRDefault="0065082B">
      <w:pPr>
        <w:spacing w:after="60"/>
        <w:ind w:left="283" w:hanging="283"/>
      </w:pPr>
      <w:r w:rsidRPr="00226C59">
        <w:t>2. Zabrania się zachowania agresywnego, wulgarnego oraz naruszającego dobre imię innych uczestników.</w:t>
      </w:r>
    </w:p>
    <w:p w14:paraId="6D81EEC2" w14:textId="77777777" w:rsidR="003A68D7" w:rsidRPr="00226C59" w:rsidRDefault="0065082B">
      <w:pPr>
        <w:spacing w:after="60"/>
        <w:ind w:left="283" w:hanging="283"/>
      </w:pPr>
      <w:r w:rsidRPr="00226C59">
        <w:t>3. Za szkody wyrządzone na terenie hali odpowiada osoba, która je spowodowała.</w:t>
      </w:r>
    </w:p>
    <w:p w14:paraId="2CB16DA2" w14:textId="77777777" w:rsidR="003A68D7" w:rsidRPr="00226C59" w:rsidRDefault="0065082B">
      <w:pPr>
        <w:spacing w:after="60"/>
        <w:ind w:left="283" w:hanging="283"/>
      </w:pPr>
      <w:r w:rsidRPr="00226C59">
        <w:t>4. Organizator nie ponosi odpowiedzialności za rzeczy pozostawione bez nadzoru.</w:t>
      </w:r>
    </w:p>
    <w:p w14:paraId="2DC79BB9" w14:textId="77777777" w:rsidR="003A68D7" w:rsidRPr="00226C59" w:rsidRDefault="001B5DF2">
      <w:pPr>
        <w:spacing w:before="160" w:after="80"/>
      </w:pPr>
      <w:r w:rsidRPr="00226C59">
        <w:rPr>
          <w:b/>
          <w:sz w:val="24"/>
        </w:rPr>
        <w:t>§8</w:t>
      </w:r>
      <w:r w:rsidR="0065082B" w:rsidRPr="00226C59">
        <w:rPr>
          <w:b/>
          <w:sz w:val="24"/>
        </w:rPr>
        <w:t>. Postanowienia końcowe</w:t>
      </w:r>
    </w:p>
    <w:p w14:paraId="5DADC0B4" w14:textId="77777777" w:rsidR="003A68D7" w:rsidRPr="00226C59" w:rsidRDefault="0065082B">
      <w:pPr>
        <w:spacing w:after="60"/>
        <w:ind w:left="283" w:hanging="283"/>
      </w:pPr>
      <w:r w:rsidRPr="00226C59">
        <w:t>1. Uczestnicy zobowiązani są do przestrzegania niniejszego regulaminu.</w:t>
      </w:r>
    </w:p>
    <w:p w14:paraId="6DC69194" w14:textId="77777777" w:rsidR="003A68D7" w:rsidRPr="00226C59" w:rsidRDefault="0065082B">
      <w:pPr>
        <w:spacing w:after="60"/>
        <w:ind w:left="283" w:hanging="283"/>
      </w:pPr>
      <w:r w:rsidRPr="00226C59">
        <w:t>2. W sprawach nieujętych w regulaminie decyzję podejmuje organizator.</w:t>
      </w:r>
    </w:p>
    <w:p w14:paraId="75CBD2F3" w14:textId="77777777" w:rsidR="003A68D7" w:rsidRPr="00226C59" w:rsidRDefault="0065082B">
      <w:pPr>
        <w:spacing w:after="60"/>
        <w:ind w:left="283" w:hanging="283"/>
      </w:pPr>
      <w:r w:rsidRPr="00226C59">
        <w:t>3. Organizator zastrzega sobie prawo do zmiany systemu rozgrywek w przypadku wystąpienia okoliczności uniemożliwiających przeprowadzenie turnieju zgodnie z planem.</w:t>
      </w:r>
    </w:p>
    <w:p w14:paraId="27689B9B" w14:textId="77777777" w:rsidR="003A68D7" w:rsidRPr="00226C59" w:rsidRDefault="0065082B">
      <w:pPr>
        <w:spacing w:after="60"/>
        <w:ind w:left="283" w:hanging="283"/>
      </w:pPr>
      <w:r w:rsidRPr="00226C59">
        <w:t>4. Zgłoszenie drużyny do turnieju oznacza akceptację niniejszego regulaminu.</w:t>
      </w:r>
    </w:p>
    <w:p w14:paraId="73264F5D" w14:textId="77777777" w:rsidR="003A68D7" w:rsidRPr="00226C59" w:rsidRDefault="0065082B">
      <w:pPr>
        <w:spacing w:before="300"/>
      </w:pPr>
      <w:r w:rsidRPr="00226C59">
        <w:rPr>
          <w:b/>
        </w:rPr>
        <w:t>Organizator:</w:t>
      </w:r>
      <w:r w:rsidRPr="00226C59">
        <w:rPr>
          <w:b/>
        </w:rPr>
        <w:br/>
      </w:r>
      <w:r w:rsidRPr="00226C59">
        <w:t xml:space="preserve">Stowarzyszenie </w:t>
      </w:r>
      <w:proofErr w:type="spellStart"/>
      <w:r w:rsidRPr="00226C59">
        <w:t>Volley&amp;Przecław</w:t>
      </w:r>
      <w:proofErr w:type="spellEnd"/>
      <w:r w:rsidRPr="00226C59">
        <w:br/>
        <w:t>Przecław, 17.10.2026 r.</w:t>
      </w:r>
    </w:p>
    <w:sectPr w:rsidR="003A68D7" w:rsidRPr="00226C59" w:rsidSect="00815AE0">
      <w:type w:val="continuous"/>
      <w:pgSz w:w="11906" w:h="16838" w:code="9"/>
      <w:pgMar w:top="0" w:right="150" w:bottom="0" w:left="1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A81E21"/>
    <w:multiLevelType w:val="hybridMultilevel"/>
    <w:tmpl w:val="F62CAFAC"/>
    <w:lvl w:ilvl="0" w:tplc="A8821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8457">
    <w:abstractNumId w:val="8"/>
  </w:num>
  <w:num w:numId="2" w16cid:durableId="291598690">
    <w:abstractNumId w:val="6"/>
  </w:num>
  <w:num w:numId="3" w16cid:durableId="892352511">
    <w:abstractNumId w:val="5"/>
  </w:num>
  <w:num w:numId="4" w16cid:durableId="1436556920">
    <w:abstractNumId w:val="4"/>
  </w:num>
  <w:num w:numId="5" w16cid:durableId="1143233194">
    <w:abstractNumId w:val="7"/>
  </w:num>
  <w:num w:numId="6" w16cid:durableId="883951924">
    <w:abstractNumId w:val="3"/>
  </w:num>
  <w:num w:numId="7" w16cid:durableId="1418669330">
    <w:abstractNumId w:val="2"/>
  </w:num>
  <w:num w:numId="8" w16cid:durableId="857475270">
    <w:abstractNumId w:val="1"/>
  </w:num>
  <w:num w:numId="9" w16cid:durableId="1059861790">
    <w:abstractNumId w:val="0"/>
  </w:num>
  <w:num w:numId="10" w16cid:durableId="717974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F71E9"/>
    <w:rsid w:val="00106BE5"/>
    <w:rsid w:val="0015074B"/>
    <w:rsid w:val="001B5DF2"/>
    <w:rsid w:val="00226C59"/>
    <w:rsid w:val="0029639D"/>
    <w:rsid w:val="00326F90"/>
    <w:rsid w:val="003A68D7"/>
    <w:rsid w:val="003E1501"/>
    <w:rsid w:val="00580112"/>
    <w:rsid w:val="0065082B"/>
    <w:rsid w:val="007462F9"/>
    <w:rsid w:val="00815AE0"/>
    <w:rsid w:val="00A10C83"/>
    <w:rsid w:val="00AA1D8D"/>
    <w:rsid w:val="00B1123B"/>
    <w:rsid w:val="00B47730"/>
    <w:rsid w:val="00CB0664"/>
    <w:rsid w:val="00DC07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B1CEC"/>
  <w15:docId w15:val="{D8FD78A4-A054-4B76-8ED6-2BEF2DDC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1BDD22-970D-45D9-A291-33B14AF3B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Monika Knot-Krawczyk</cp:lastModifiedBy>
  <cp:revision>3</cp:revision>
  <cp:lastPrinted>2026-10-06T06:42:00Z</cp:lastPrinted>
  <dcterms:created xsi:type="dcterms:W3CDTF">2026-10-05T10:03:00Z</dcterms:created>
  <dcterms:modified xsi:type="dcterms:W3CDTF">2026-10-06T06:50:00Z</dcterms:modified>
</cp:coreProperties>
</file>